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16505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4AF0BA-BBC8-4C90-935C-FE68CECC173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505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FINALE DES JEUNES POINTERS</w:t>
      </w:r>
    </w:p>
    <w:p>
      <w:r>
        <w:t>TUZIE (16) – Samedi 29 août 2026</w:t>
      </w:r>
    </w:p>
    <w:p>
      <w:pPr>
        <w:pStyle w:val="Heading2"/>
      </w:pPr>
      <w:r>
        <w:t>FEUILLE D'ENGAGEMENT</w:t>
      </w:r>
    </w:p>
    <w:p>
      <w:r>
        <w:rPr>
          <w:b/>
        </w:rPr>
        <w:t xml:space="preserve">Région : </w:t>
      </w:r>
      <w:r>
        <w:t>________________________________________</w:t>
      </w:r>
    </w:p>
    <w:p>
      <w:r>
        <w:rPr>
          <w:b/>
        </w:rPr>
        <w:t xml:space="preserve">Nom du chien : </w:t>
      </w:r>
      <w:r>
        <w:t>________________________________________</w:t>
      </w:r>
    </w:p>
    <w:p>
      <w:r>
        <w:rPr>
          <w:b/>
        </w:rPr>
        <w:t xml:space="preserve">Sexe : </w:t>
      </w:r>
      <w:r>
        <w:t>________________________________________</w:t>
      </w:r>
    </w:p>
    <w:p>
      <w:r>
        <w:rPr>
          <w:b/>
        </w:rPr>
        <w:t xml:space="preserve">Né le : </w:t>
      </w:r>
      <w:r>
        <w:t>________________________________________</w:t>
      </w:r>
    </w:p>
    <w:p>
      <w:r>
        <w:rPr>
          <w:b/>
        </w:rPr>
        <w:t xml:space="preserve">N° L.O.F. : </w:t>
      </w:r>
      <w:r>
        <w:t>________________________________________</w:t>
      </w:r>
    </w:p>
    <w:p>
      <w:r>
        <w:rPr>
          <w:b/>
        </w:rPr>
        <w:t xml:space="preserve">Tatouage ou puce électronique : </w:t>
      </w:r>
      <w:r>
        <w:t>________________________________________</w:t>
      </w:r>
    </w:p>
    <w:p>
      <w:r>
        <w:rPr>
          <w:b/>
        </w:rPr>
        <w:t xml:space="preserve">Nom du père : </w:t>
      </w:r>
      <w:r>
        <w:t>________________________________________</w:t>
      </w:r>
    </w:p>
    <w:p>
      <w:r>
        <w:rPr>
          <w:b/>
        </w:rPr>
        <w:t xml:space="preserve">Nom de la mère : </w:t>
      </w:r>
      <w:r>
        <w:t>________________________________________</w:t>
      </w:r>
    </w:p>
    <w:p>
      <w:r>
        <w:rPr>
          <w:b/>
        </w:rPr>
        <w:t xml:space="preserve">Producteur : </w:t>
      </w:r>
      <w:r>
        <w:t>________________________________________</w:t>
      </w:r>
    </w:p>
    <w:p>
      <w:r>
        <w:rPr>
          <w:b/>
        </w:rPr>
        <w:t xml:space="preserve">Nom du propriétaire : </w:t>
      </w:r>
      <w:r>
        <w:t>________________________________________</w:t>
      </w:r>
    </w:p>
    <w:p>
      <w:r>
        <w:rPr>
          <w:b/>
        </w:rPr>
        <w:t xml:space="preserve">Adresse : </w:t>
      </w:r>
      <w:r>
        <w:t>________________________________________</w:t>
      </w:r>
    </w:p>
    <w:p>
      <w:r>
        <w:rPr>
          <w:b/>
        </w:rPr>
        <w:t xml:space="preserve">Téléphone : </w:t>
      </w:r>
      <w:r>
        <w:t>________________________________________</w:t>
      </w:r>
    </w:p>
    <w:p>
      <w:r>
        <w:rPr>
          <w:b/>
        </w:rPr>
        <w:t xml:space="preserve">E-mail : </w:t>
      </w:r>
      <w:r>
        <w:t>________________________________________</w:t>
      </w:r>
    </w:p>
    <w:p>
      <w:pPr>
        <w:pStyle w:val="Heading2"/>
      </w:pPr>
      <w:r>
        <w:t>RÉSERVATION DES REPAS</w:t>
      </w:r>
    </w:p>
    <w:p>
      <w:r>
        <w:t>Nombre de déjeuner(s) : ____ x 20 € = __________ €</w:t>
        <w:br/>
        <w:t>TOTAL À RÉGLER : __________ €</w:t>
      </w:r>
    </w:p>
    <w:p>
      <w:r>
        <w:t>Règlement par chèque à l'ordre du POINTER CLUB à joindre avec l'engagement.</w:t>
      </w:r>
    </w:p>
    <w:p>
      <w:pPr>
        <w:pStyle w:val="Heading2"/>
      </w:pPr>
      <w:r>
        <w:t>ENVOI DES ENGAGEMENTS</w:t>
      </w:r>
    </w:p>
    <w:p>
      <w:r>
        <w:t>Date limite : 20 août 2026</w:t>
        <w:br/>
        <w:br/>
        <w:t>Thomas HALLE</w:t>
        <w:br/>
        <w:t>581 rue Narcisse Delrot</w:t>
        <w:br/>
        <w:t>59171 Helesmes</w:t>
        <w:br/>
        <w:t>Tél. : 06 89 96 47 49</w:t>
        <w:br/>
        <w:t>Mail : halle.thomas@orange.fr</w:t>
      </w:r>
    </w:p>
    <w:p>
      <w:pPr>
        <w:pStyle w:val="Heading2"/>
      </w:pPr>
      <w:r>
        <w:t>RENDEZ-VOUS</w:t>
      </w:r>
    </w:p>
    <w:p>
      <w:r>
        <w:t>7 h 30</w:t>
        <w:br/>
        <w:t>Salle des fêtes de Salles-de-Villefagnan (16700), près de Tuzie.</w:t>
      </w:r>
    </w:p>
    <w:p>
      <w:pPr>
        <w:pStyle w:val="Heading2"/>
      </w:pPr>
      <w:r>
        <w:t>HÉBERGEMENTS</w:t>
      </w:r>
    </w:p>
    <w:p>
      <w:r>
        <w:t>• Hôtel Beau Rivage – Mansle – 05 45 20 31 26</w:t>
        <w:br/>
        <w:t>• Kyriad Angoulême Nord – Champniers – 05 45 68 03 82</w:t>
        <w:br/>
        <w:t>• Ibis Budget Angoulême – 08 92 71 09 09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